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0D10" w14:textId="77777777" w:rsidR="00467288" w:rsidRDefault="00467288">
      <w:pPr>
        <w:spacing w:after="80"/>
        <w:jc w:val="center"/>
        <w:rPr>
          <w:b/>
          <w:sz w:val="22"/>
        </w:rPr>
      </w:pPr>
    </w:p>
    <w:p w14:paraId="11D59B47" w14:textId="77777777" w:rsidR="00467288" w:rsidRDefault="00000000">
      <w:pPr>
        <w:spacing w:after="80"/>
        <w:jc w:val="center"/>
        <w:rPr>
          <w:b/>
          <w:sz w:val="22"/>
        </w:rPr>
      </w:pPr>
      <w:r>
        <w:rPr>
          <w:b/>
          <w:sz w:val="22"/>
        </w:rPr>
        <w:t>ŠKOLSKI KALENDAR OŠ PLAŠKI</w:t>
      </w:r>
    </w:p>
    <w:p w14:paraId="2D966175" w14:textId="17F84A04" w:rsidR="0048553A" w:rsidRDefault="00000000">
      <w:pPr>
        <w:spacing w:after="80"/>
        <w:jc w:val="center"/>
        <w:rPr>
          <w:b/>
          <w:sz w:val="22"/>
        </w:rPr>
      </w:pPr>
      <w:r>
        <w:rPr>
          <w:b/>
          <w:sz w:val="22"/>
        </w:rPr>
        <w:t xml:space="preserve"> ZA ŠKOLSKU </w:t>
      </w:r>
      <w:proofErr w:type="gramStart"/>
      <w:r>
        <w:rPr>
          <w:b/>
          <w:sz w:val="22"/>
        </w:rPr>
        <w:t>2026./</w:t>
      </w:r>
      <w:proofErr w:type="gramEnd"/>
      <w:r>
        <w:rPr>
          <w:b/>
          <w:sz w:val="22"/>
        </w:rPr>
        <w:t>2027.</w:t>
      </w:r>
    </w:p>
    <w:p w14:paraId="2BA76BBD" w14:textId="77777777" w:rsidR="00467288" w:rsidRDefault="00467288">
      <w:pPr>
        <w:spacing w:after="80"/>
        <w:jc w:val="center"/>
        <w:rPr>
          <w:b/>
        </w:rPr>
      </w:pPr>
    </w:p>
    <w:p w14:paraId="4B2E9DC0" w14:textId="77777777" w:rsidR="00467288" w:rsidRDefault="00467288">
      <w:pPr>
        <w:spacing w:after="80"/>
        <w:jc w:val="center"/>
        <w:rPr>
          <w:b/>
        </w:rPr>
      </w:pPr>
    </w:p>
    <w:p w14:paraId="3A41E755" w14:textId="77777777" w:rsidR="00467288" w:rsidRDefault="00467288">
      <w:pPr>
        <w:spacing w:after="80"/>
        <w:jc w:val="center"/>
        <w:rPr>
          <w:b/>
        </w:rPr>
      </w:pPr>
    </w:p>
    <w:p w14:paraId="7BD67A79" w14:textId="77777777" w:rsidR="00467288" w:rsidRDefault="00467288">
      <w:pPr>
        <w:spacing w:after="8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32"/>
        <w:gridCol w:w="4032"/>
        <w:gridCol w:w="4032"/>
        <w:gridCol w:w="4032"/>
      </w:tblGrid>
      <w:tr w:rsidR="0048553A" w14:paraId="18180495" w14:textId="77777777">
        <w:trPr>
          <w:jc w:val="center"/>
        </w:trPr>
        <w:tc>
          <w:tcPr>
            <w:tcW w:w="4032" w:type="dxa"/>
          </w:tcPr>
          <w:p w14:paraId="7D258437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RUJAN 2026.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7EAD982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34E337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A18E48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804AEE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6B741F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F6A7D6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35A3FC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84E4B5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72CD7288" w14:textId="77777777" w:rsidTr="00467288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4B315E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455C94B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BC1063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7195E5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734576C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4AEA0F6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105D9FF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</w:tr>
            <w:tr w:rsidR="0048553A" w14:paraId="5689455A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EAFBC0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6CD0C5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35E6CF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887555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AE2A08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3347F4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002CD4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</w:tr>
            <w:tr w:rsidR="0048553A" w14:paraId="0FD7404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367F8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4C69B0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37599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07549E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EA0FE8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1526D0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22E289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</w:tr>
            <w:tr w:rsidR="0048553A" w14:paraId="2F5F4101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FC8E7F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976B25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9A55AE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79CFD7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CB4F59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3E1AD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A97748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</w:tr>
            <w:tr w:rsidR="0048553A" w14:paraId="64D1F5B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44D9FE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0FC20E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38742E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71EF4A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9CAF3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AFAB72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F5256A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62F9AF63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5CC532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A9F120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38370F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492303E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751731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AB93EE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FAE0B7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:rsidRPr="00467288" w14:paraId="2FB090A5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1FCA51CB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  <w:color w:val="000000" w:themeColor="text1"/>
                    </w:rPr>
                  </w:pPr>
                  <w:r w:rsidRPr="00467288">
                    <w:rPr>
                      <w:b/>
                      <w:bCs/>
                      <w:color w:val="000000" w:themeColor="text1"/>
                      <w:sz w:val="14"/>
                    </w:rPr>
                    <w:t>Nastavnih dana: 18</w:t>
                  </w:r>
                </w:p>
              </w:tc>
            </w:tr>
          </w:tbl>
          <w:p w14:paraId="23A9D0C0" w14:textId="77777777" w:rsidR="0048553A" w:rsidRDefault="0048553A"/>
        </w:tc>
        <w:tc>
          <w:tcPr>
            <w:tcW w:w="4032" w:type="dxa"/>
          </w:tcPr>
          <w:p w14:paraId="44BA222D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LISTOPAD 2026.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0AD46C9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3BDFCA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A935B0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2170D4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96452E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8CE1F8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69D025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06FC48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37242DAC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256405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1EDE8A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F03DD6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250DCB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32FD90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DA4DFA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0923A2A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</w:tr>
            <w:tr w:rsidR="0048553A" w14:paraId="120105EF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1F8F82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753B8E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1E8F7C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17705F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E2D42E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96D68A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0554670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</w:tr>
            <w:tr w:rsidR="0048553A" w14:paraId="312FB4A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C4D508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D1644E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A5EE65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B7012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B315F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5DBF4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5C7FE2E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</w:tr>
            <w:tr w:rsidR="0048553A" w14:paraId="2C272A1E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E31EEC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CA294D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4351E0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4CDBA2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36C1CB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95DC6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134A83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</w:tr>
            <w:tr w:rsidR="0048553A" w14:paraId="5CF477E2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87815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A79A22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74F5B6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1A72946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38B4E5C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EE0B8E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E2217B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356FA334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9A7FFF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D1402B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3B9321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C2C59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522FEC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A96139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A7A006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7BAB8CE2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16D4C58E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22</w:t>
                  </w:r>
                </w:p>
              </w:tc>
            </w:tr>
          </w:tbl>
          <w:p w14:paraId="7F48B20F" w14:textId="77777777" w:rsidR="0048553A" w:rsidRDefault="0048553A"/>
        </w:tc>
        <w:tc>
          <w:tcPr>
            <w:tcW w:w="4032" w:type="dxa"/>
          </w:tcPr>
          <w:p w14:paraId="22E3E250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STUDENI 2026.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065ABD1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B6DCA1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DEEA29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6DFF9E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9821F1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FEF232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4243D6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D544EA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27B5C90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21482A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7E4369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90E884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D900F8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AB1475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E0A105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6321EE0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</w:tr>
            <w:tr w:rsidR="0048553A" w14:paraId="674C24E8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03EDF1C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A60354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7E8DF8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BD405B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FED6A1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0B0DC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D1C71F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</w:tr>
            <w:tr w:rsidR="0048553A" w14:paraId="4135BE7B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F30C9D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DBD57F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3E369A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6581E5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D914CD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A3EC94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5BB659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</w:tr>
            <w:tr w:rsidR="0048553A" w14:paraId="69645734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5D93FF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A78957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3F09E34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961ACE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3321E8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4C95B4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5BBFD53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</w:tr>
            <w:tr w:rsidR="0048553A" w14:paraId="07952874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972621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42B1F3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55A818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C275F5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D80B9B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E623F2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A1EB86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</w:tr>
            <w:tr w:rsidR="0048553A" w14:paraId="7B637F0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03DA65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821F91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A5CEF4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A53259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D60CA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8B0A46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BA105A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21D5801C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330D5729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20</w:t>
                  </w:r>
                </w:p>
              </w:tc>
            </w:tr>
          </w:tbl>
          <w:p w14:paraId="16A07F33" w14:textId="77777777" w:rsidR="0048553A" w:rsidRDefault="0048553A"/>
        </w:tc>
        <w:tc>
          <w:tcPr>
            <w:tcW w:w="4032" w:type="dxa"/>
          </w:tcPr>
          <w:p w14:paraId="263C96E1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PROSINAC 2026.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139A27C1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D74F6E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B31BCF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E2BF62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78DF6A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C3C340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CA4650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9C3B24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18C4C11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BF3DD2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78B47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2AFAD5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898DAE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B12F85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1CEA17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F15F78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</w:tr>
            <w:tr w:rsidR="0048553A" w14:paraId="1DF7183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F30762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131BE7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C649E3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B168CA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B1ED95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985471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6905C8D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</w:tr>
            <w:tr w:rsidR="0048553A" w14:paraId="2209737E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B6867E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F66905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CBC0C6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34D17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6549A6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6B4F30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6DD476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</w:tr>
            <w:tr w:rsidR="0048553A" w14:paraId="132274D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FA0756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9C5A97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F03366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94A4CF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12780AE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22482CD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5EC3E6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</w:tr>
            <w:tr w:rsidR="0048553A" w14:paraId="03C716B3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BE864B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D6DBFA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65EB32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A0BA33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80D90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912EB4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D83DC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246249C1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7BE7A0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15BACA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4FAEA7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901BDB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2D89B5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ACCC58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CC2B33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:rsidRPr="00467288" w14:paraId="43E8CD1B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69B445DB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  <w:color w:val="000000" w:themeColor="text1"/>
                    </w:rPr>
                  </w:pPr>
                  <w:r w:rsidRPr="00467288">
                    <w:rPr>
                      <w:b/>
                      <w:bCs/>
                      <w:color w:val="000000" w:themeColor="text1"/>
                      <w:sz w:val="14"/>
                    </w:rPr>
                    <w:t>Nastavnih dana: 17</w:t>
                  </w:r>
                </w:p>
              </w:tc>
            </w:tr>
          </w:tbl>
          <w:p w14:paraId="551169E3" w14:textId="77777777" w:rsidR="0048553A" w:rsidRDefault="0048553A"/>
        </w:tc>
      </w:tr>
      <w:tr w:rsidR="0048553A" w14:paraId="7A5A26D6" w14:textId="77777777">
        <w:trPr>
          <w:jc w:val="center"/>
        </w:trPr>
        <w:tc>
          <w:tcPr>
            <w:tcW w:w="4032" w:type="dxa"/>
          </w:tcPr>
          <w:p w14:paraId="6C7476CF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SIJEČAN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086A564E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AFEC34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A958FB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6B7706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65F916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B5A1DE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B39AF3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F0470D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6641480B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7DB28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B367D6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47566E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6F8A1C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7B621EA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E401AE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C550F8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</w:tr>
            <w:tr w:rsidR="0048553A" w14:paraId="6A29508A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175A90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9E28C5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132EF0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AC575C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443B81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4FA4D0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5169FD5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</w:tr>
            <w:tr w:rsidR="0048553A" w14:paraId="403404B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E03BF1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0C679A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9349F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2D0454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AFFC21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0C4BBE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669497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</w:tr>
            <w:tr w:rsidR="0048553A" w14:paraId="370F7A5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6A5BA0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EDE2DF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C96B9B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D5EAE6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4550C2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DC09F5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51AEB98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</w:tr>
            <w:tr w:rsidR="0048553A" w14:paraId="4E916E83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7D4DB0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E2A42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0C16B5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740323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4D4203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8E4671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D54F03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</w:tr>
            <w:tr w:rsidR="0048553A" w14:paraId="449F5219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C49785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999CEB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C9CE02E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51356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B7A917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82ACB3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CC38A5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13242388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2F1D53C9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17</w:t>
                  </w:r>
                </w:p>
              </w:tc>
            </w:tr>
          </w:tbl>
          <w:p w14:paraId="6C73E641" w14:textId="77777777" w:rsidR="0048553A" w:rsidRDefault="0048553A"/>
        </w:tc>
        <w:tc>
          <w:tcPr>
            <w:tcW w:w="4032" w:type="dxa"/>
          </w:tcPr>
          <w:p w14:paraId="35554140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VELJAČA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4645933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2B514F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7F2CE2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8DAA5D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71A4CB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6FD766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4B4EFB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C5C26B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4599060B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62D9E4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F1E59A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A61E3F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8741A9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92D80E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1B6FA9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63B8DA3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</w:tr>
            <w:tr w:rsidR="0048553A" w14:paraId="63160541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A89A11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CF6126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72CB67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9618E5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E9D4FD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40C5DC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9761BD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</w:tr>
            <w:tr w:rsidR="0048553A" w14:paraId="07648564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ED470C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6F70D7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ECC1DD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7A0AC6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A01A35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BE4DB0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5B2CCB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</w:tr>
            <w:tr w:rsidR="0048553A" w14:paraId="6D7AC33F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65DF8F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E23DE1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10BD61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E214A5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E2D832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30C8A8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32BAC3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</w:tr>
            <w:tr w:rsidR="0048553A" w14:paraId="3FA5E1D3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9A13F1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9FE7B9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2D95EE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81B6D9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F48C66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F010E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5C4F2DE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2113EBD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9D537D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3CB106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042656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E396D5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C24C10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0D2B1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93C158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4B506AFE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144C39C1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15</w:t>
                  </w:r>
                </w:p>
              </w:tc>
            </w:tr>
          </w:tbl>
          <w:p w14:paraId="67256FDB" w14:textId="77777777" w:rsidR="0048553A" w:rsidRDefault="0048553A"/>
        </w:tc>
        <w:tc>
          <w:tcPr>
            <w:tcW w:w="4032" w:type="dxa"/>
          </w:tcPr>
          <w:p w14:paraId="22411FBE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OŽUJAK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7488065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76B872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32DAA4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9EB4DD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315692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770AEC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8EEC4F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B061CB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398CCB21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1685FD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C30CCE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730F2E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E2C0C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0BB6F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D760B3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49880A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</w:tr>
            <w:tr w:rsidR="0048553A" w14:paraId="369AEA6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95994D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CB0E75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9A87EA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0108CE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5FAAD3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CD430C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33614B8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</w:tr>
            <w:tr w:rsidR="0048553A" w14:paraId="25899533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01E8CD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F0EDD4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84B519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C86108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E3502D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BB500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6FA909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</w:tr>
            <w:tr w:rsidR="0048553A" w14:paraId="62CED2EC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A2D7CA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E14C6B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E1790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1907BA8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588CB8A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2995653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358DAC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</w:tr>
            <w:tr w:rsidR="0048553A" w14:paraId="064AC551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337E898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186E685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5EA6A8B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AA2D0F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33769D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FE3922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6BAFF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2503FD9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D80707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3668BD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00FD3C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A3C723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BF6FB5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D15953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0096F6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7E9046A9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252459A8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18</w:t>
                  </w:r>
                </w:p>
              </w:tc>
            </w:tr>
          </w:tbl>
          <w:p w14:paraId="7FF3D047" w14:textId="77777777" w:rsidR="0048553A" w:rsidRDefault="0048553A"/>
        </w:tc>
        <w:tc>
          <w:tcPr>
            <w:tcW w:w="4032" w:type="dxa"/>
          </w:tcPr>
          <w:p w14:paraId="478A42FB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TRAVANJ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56BFABA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E38758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7013D1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5918A0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B68ECF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357589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8EF17D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7724B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3311956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22907F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B23C14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5BAE19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D6D300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0D9468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A7380C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C206D6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</w:tr>
            <w:tr w:rsidR="0048553A" w14:paraId="70E27048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449C946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45F668B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191D30B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0FE3BC3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2EB7957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3EDE52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687BCFD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</w:tr>
            <w:tr w:rsidR="0048553A" w14:paraId="70D30AF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FA64E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FED22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BD11E4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0824F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28EC7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704E44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01B7520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</w:tr>
            <w:tr w:rsidR="0048553A" w14:paraId="36B8BFD9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58B4E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52190A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3B67B0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A9AB61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C49C9C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CDF31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58F47EF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</w:tr>
            <w:tr w:rsidR="0048553A" w14:paraId="66138034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A4BF0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34219B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69E01EB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6086CD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C452E3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50A6B8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BCB6CA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3AF7E410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52A46A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1E6110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227D32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CDCF71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400A28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767AEBE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FA7947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1D47F321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52F50830" w14:textId="77777777" w:rsidR="0048553A" w:rsidRDefault="00000000">
                  <w:pPr>
                    <w:spacing w:before="20" w:after="20"/>
                    <w:jc w:val="right"/>
                  </w:pPr>
                  <w:r>
                    <w:rPr>
                      <w:sz w:val="14"/>
                    </w:rPr>
                    <w:t>Nastavnih dana: 20</w:t>
                  </w:r>
                </w:p>
              </w:tc>
            </w:tr>
          </w:tbl>
          <w:p w14:paraId="6C46FCB9" w14:textId="77777777" w:rsidR="0048553A" w:rsidRDefault="0048553A"/>
        </w:tc>
      </w:tr>
      <w:tr w:rsidR="0048553A" w14:paraId="4BB6C3DD" w14:textId="77777777">
        <w:trPr>
          <w:jc w:val="center"/>
        </w:trPr>
        <w:tc>
          <w:tcPr>
            <w:tcW w:w="4032" w:type="dxa"/>
          </w:tcPr>
          <w:p w14:paraId="6F90D3A7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SVIBANJ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2C2B522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214ADD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E5F15C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70D293D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97E42D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BD74B0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D6667B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CA4DFD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0E1449CF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4FAA9D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F52352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FCE252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2736EE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1718C4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7C20224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7D0533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</w:tr>
            <w:tr w:rsidR="0048553A" w14:paraId="77087FAA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B6036E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28332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3F788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80065C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24E6C9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A8FEA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F3D202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</w:tr>
            <w:tr w:rsidR="0048553A" w14:paraId="4E11AFD5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C169FB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AFAB64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F2EB5F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E0813E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FF" w:themeFill="background1"/>
                </w:tcPr>
                <w:p w14:paraId="46F08E4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58E783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15A74BC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</w:tr>
            <w:tr w:rsidR="0048553A" w14:paraId="6428E76A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793693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D38B0A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2DE0E0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BCCD2B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BCD52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64B149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496288D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</w:tr>
            <w:tr w:rsidR="0048553A" w14:paraId="4FB11C52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042ADA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90C482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92D050"/>
                </w:tcPr>
                <w:p w14:paraId="1738659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699D595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FFF00"/>
                </w:tcPr>
                <w:p w14:paraId="547A685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702328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2A59BCE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</w:tr>
            <w:tr w:rsidR="0048553A" w14:paraId="3AC0967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898624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FF64F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8D0EE1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249943B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BC89306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8BCFCC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539856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3E3C908A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0959346B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19</w:t>
                  </w:r>
                </w:p>
              </w:tc>
            </w:tr>
          </w:tbl>
          <w:p w14:paraId="3481C34B" w14:textId="77777777" w:rsidR="0048553A" w:rsidRDefault="0048553A"/>
        </w:tc>
        <w:tc>
          <w:tcPr>
            <w:tcW w:w="4032" w:type="dxa"/>
          </w:tcPr>
          <w:p w14:paraId="712DE0D2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LIPANJ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6F4FEE3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0816CA8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D65839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6A757E0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8700A3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D45952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177246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2BD32B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5556D365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71F23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6652FB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E4919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5B22F7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FD49BE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A6D264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7861A72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</w:tr>
            <w:tr w:rsidR="0048553A" w14:paraId="44BD6DF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EF89B2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64789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372070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885564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E4C232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9EE94C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5F5F5"/>
                </w:tcPr>
                <w:p w14:paraId="20CF1DF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</w:tr>
            <w:tr w:rsidR="0048553A" w14:paraId="3A62543B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23153E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96CD2A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4EDB508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4EAD136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0CF01E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088FBC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223084C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</w:tr>
            <w:tr w:rsidR="0048553A" w14:paraId="2D1DD246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946388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45F39A8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2D7B7D0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7577CBB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FCFB78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2EBF790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291C42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</w:tr>
            <w:tr w:rsidR="0048553A" w14:paraId="77B8332A" w14:textId="77777777" w:rsidTr="00A54B03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C18885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043287D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2190D7C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4CB1F2D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1BEC36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6E5B2C5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C6D9F1" w:themeFill="text2" w:themeFillTint="33"/>
                </w:tcPr>
                <w:p w14:paraId="3AC020D4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7309CEE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08FBD6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620F0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DE76E1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276329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B7F3EA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B93027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1D2E78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52662F4C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5A538D72" w14:textId="77777777" w:rsidR="0048553A" w:rsidRPr="00467288" w:rsidRDefault="00000000">
                  <w:pPr>
                    <w:spacing w:before="20" w:after="20"/>
                    <w:jc w:val="right"/>
                    <w:rPr>
                      <w:b/>
                      <w:bCs/>
                    </w:rPr>
                  </w:pPr>
                  <w:r w:rsidRPr="00467288">
                    <w:rPr>
                      <w:b/>
                      <w:bCs/>
                      <w:sz w:val="14"/>
                    </w:rPr>
                    <w:t>Nastavnih dana: 11</w:t>
                  </w:r>
                </w:p>
              </w:tc>
            </w:tr>
          </w:tbl>
          <w:p w14:paraId="35314B21" w14:textId="77777777" w:rsidR="0048553A" w:rsidRDefault="0048553A"/>
        </w:tc>
        <w:tc>
          <w:tcPr>
            <w:tcW w:w="4032" w:type="dxa"/>
          </w:tcPr>
          <w:p w14:paraId="3F1C06A2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SRPANJ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63322F1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1373FE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F9C677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E39866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1FE5551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3BFF088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1F64E4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126A91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47D65118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1744C39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40F7F72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199163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8F6726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190CB1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ACCF99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490F36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</w:tr>
            <w:tr w:rsidR="0048553A" w14:paraId="4C2CB8B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3F1D2A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F2BD8D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02B81F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0256E9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71087D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03874C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0E42A0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</w:tr>
            <w:tr w:rsidR="0048553A" w14:paraId="1B4B3300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AB809F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163563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AEE939B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DA17A2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6D8D42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74FEB2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FFC40B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</w:tr>
            <w:tr w:rsidR="0048553A" w14:paraId="1EDB3ED0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EF0594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59D96D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19B089BA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4A0735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A74E6F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1CD1A8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47E5DA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</w:tr>
            <w:tr w:rsidR="0048553A" w14:paraId="01613567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C056A0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56C299A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28CFA6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56F026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EBB2F9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E1D711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A87A8B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604AD4B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94A62A0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5B63C1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B2B1009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E12FFC5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9EB30A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EB5B1AA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B6D6F1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1ADBB06F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31D0305A" w14:textId="77777777" w:rsidR="0048553A" w:rsidRDefault="0048553A">
                  <w:pPr>
                    <w:spacing w:before="20" w:after="20"/>
                    <w:jc w:val="right"/>
                  </w:pPr>
                </w:p>
              </w:tc>
            </w:tr>
          </w:tbl>
          <w:p w14:paraId="790C4D97" w14:textId="77777777" w:rsidR="0048553A" w:rsidRDefault="0048553A"/>
        </w:tc>
        <w:tc>
          <w:tcPr>
            <w:tcW w:w="4032" w:type="dxa"/>
          </w:tcPr>
          <w:p w14:paraId="68098DB1" w14:textId="77777777" w:rsidR="0048553A" w:rsidRDefault="00000000">
            <w:pPr>
              <w:spacing w:after="40"/>
              <w:jc w:val="center"/>
            </w:pPr>
            <w:r>
              <w:rPr>
                <w:b/>
              </w:rPr>
              <w:t>KOLOVOZ 2027.</w:t>
            </w:r>
          </w:p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43"/>
              <w:gridCol w:w="543"/>
              <w:gridCol w:w="544"/>
              <w:gridCol w:w="544"/>
              <w:gridCol w:w="544"/>
              <w:gridCol w:w="544"/>
              <w:gridCol w:w="544"/>
            </w:tblGrid>
            <w:tr w:rsidR="0048553A" w14:paraId="38878D10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18DB89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4F0156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U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4973183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F74EE7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Č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23ED281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P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C26F00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S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E6E6E6"/>
                </w:tcPr>
                <w:p w14:paraId="5CD37DA2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b/>
                      <w:sz w:val="15"/>
                    </w:rPr>
                    <w:t>N</w:t>
                  </w:r>
                </w:p>
              </w:tc>
            </w:tr>
            <w:tr w:rsidR="0048553A" w14:paraId="6D58D962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33B7727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B56F2E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31B24D2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047CACF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7D3C2CA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088A117C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3CD7D9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</w:t>
                  </w:r>
                </w:p>
              </w:tc>
            </w:tr>
            <w:tr w:rsidR="0048553A" w14:paraId="1A4C2A8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4986D4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6A50D30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4F7E6D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155ECDD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10BC33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B4CF67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0297F2D9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8</w:t>
                  </w:r>
                </w:p>
              </w:tc>
            </w:tr>
            <w:tr w:rsidR="0048553A" w14:paraId="55EFB319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709342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72266E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DD18DE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B3D60F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12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CBD7DE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C9309A3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F8CECC"/>
                </w:tcPr>
                <w:p w14:paraId="6FE59771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15</w:t>
                  </w:r>
                </w:p>
              </w:tc>
            </w:tr>
            <w:tr w:rsidR="0048553A" w14:paraId="2A16C99F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7B6B96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7F3466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AE1FBF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A8D402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19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27E2DBD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5182EA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BC39ACF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22</w:t>
                  </w:r>
                </w:p>
              </w:tc>
            </w:tr>
            <w:tr w:rsidR="0048553A" w14:paraId="1D51CDBB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741AB1C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23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D4E1C8D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24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8AA1CB8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25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11CB455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26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353EF387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27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4B1142E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28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704189D6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29</w:t>
                  </w:r>
                </w:p>
              </w:tc>
            </w:tr>
            <w:tr w:rsidR="0048553A" w14:paraId="3F5EB97D" w14:textId="77777777">
              <w:trPr>
                <w:jc w:val="center"/>
              </w:trPr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64E437E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30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  <w:shd w:val="clear" w:color="auto" w:fill="DAE8FC"/>
                </w:tcPr>
                <w:p w14:paraId="63801A54" w14:textId="77777777" w:rsidR="0048553A" w:rsidRDefault="00000000">
                  <w:pPr>
                    <w:spacing w:before="20" w:after="20"/>
                    <w:jc w:val="center"/>
                  </w:pPr>
                  <w:r>
                    <w:rPr>
                      <w:sz w:val="15"/>
                    </w:rPr>
                    <w:t>31</w:t>
                  </w: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447EF563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598ADE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5D53858D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683752E1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  <w:tc>
                <w:tcPr>
                  <w:tcW w:w="576" w:type="dxa"/>
                  <w:tcBorders>
                    <w:top w:val="single" w:sz="4" w:space="0" w:color="CCCCCC"/>
                    <w:left w:val="single" w:sz="4" w:space="0" w:color="CCCCCC"/>
                    <w:bottom w:val="single" w:sz="4" w:space="0" w:color="CCCCCC"/>
                    <w:right w:val="single" w:sz="4" w:space="0" w:color="CCCCCC"/>
                  </w:tcBorders>
                </w:tcPr>
                <w:p w14:paraId="2D7367B8" w14:textId="77777777" w:rsidR="0048553A" w:rsidRDefault="0048553A">
                  <w:pPr>
                    <w:spacing w:before="20" w:after="20"/>
                    <w:jc w:val="center"/>
                  </w:pPr>
                </w:p>
              </w:tc>
            </w:tr>
            <w:tr w:rsidR="0048553A" w14:paraId="5A406656" w14:textId="77777777">
              <w:trPr>
                <w:jc w:val="center"/>
              </w:trPr>
              <w:tc>
                <w:tcPr>
                  <w:tcW w:w="4032" w:type="dxa"/>
                  <w:gridSpan w:val="7"/>
                </w:tcPr>
                <w:p w14:paraId="2FFEBA5E" w14:textId="77777777" w:rsidR="0048553A" w:rsidRDefault="0048553A">
                  <w:pPr>
                    <w:spacing w:before="20" w:after="20"/>
                    <w:jc w:val="right"/>
                  </w:pPr>
                </w:p>
              </w:tc>
            </w:tr>
          </w:tbl>
          <w:p w14:paraId="73A2E84D" w14:textId="77777777" w:rsidR="0048553A" w:rsidRDefault="0048553A"/>
        </w:tc>
      </w:tr>
    </w:tbl>
    <w:p w14:paraId="3D84D2B9" w14:textId="6F13D207" w:rsidR="0048553A" w:rsidRDefault="00000000">
      <w:pPr>
        <w:spacing w:before="160" w:after="0"/>
        <w:jc w:val="center"/>
      </w:pPr>
      <w:r w:rsidRPr="00467288">
        <w:rPr>
          <w:color w:val="F8CECC"/>
          <w:shd w:val="clear" w:color="auto" w:fill="F2DBDB" w:themeFill="accent2" w:themeFillTint="33"/>
        </w:rPr>
        <w:t>■</w:t>
      </w:r>
      <w:r>
        <w:rPr>
          <w:color w:val="F8CECC"/>
        </w:rPr>
        <w:t xml:space="preserve"> </w:t>
      </w:r>
      <w:r>
        <w:t xml:space="preserve">Državni blagdani i neradni </w:t>
      </w:r>
      <w:proofErr w:type="spellStart"/>
      <w:r>
        <w:t>dani</w:t>
      </w:r>
      <w:proofErr w:type="spellEnd"/>
      <w:r>
        <w:t xml:space="preserve">    </w:t>
      </w:r>
      <w:r w:rsidRPr="00467288">
        <w:rPr>
          <w:color w:val="DAE8FC"/>
          <w:shd w:val="clear" w:color="auto" w:fill="C6D9F1" w:themeFill="text2" w:themeFillTint="33"/>
        </w:rPr>
        <w:t>■</w:t>
      </w:r>
      <w:r>
        <w:rPr>
          <w:color w:val="DAE8FC"/>
        </w:rPr>
        <w:t xml:space="preserve">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praznici</w:t>
      </w:r>
      <w:proofErr w:type="spellEnd"/>
      <w:r>
        <w:t xml:space="preserve">    </w:t>
      </w:r>
      <w:r w:rsidRPr="00467288">
        <w:rPr>
          <w:color w:val="D5E8D4"/>
          <w:shd w:val="clear" w:color="auto" w:fill="00B050"/>
        </w:rPr>
        <w:t>■</w:t>
      </w:r>
      <w:r>
        <w:rPr>
          <w:color w:val="D5E8D4"/>
        </w:rPr>
        <w:t xml:space="preserve"> </w:t>
      </w:r>
      <w:r>
        <w:t xml:space="preserve">Dan </w:t>
      </w:r>
      <w:proofErr w:type="spellStart"/>
      <w:r>
        <w:t>škole</w:t>
      </w:r>
      <w:proofErr w:type="spellEnd"/>
      <w:r>
        <w:t xml:space="preserve">   </w:t>
      </w:r>
      <w:r w:rsidRPr="00467288">
        <w:rPr>
          <w:shd w:val="clear" w:color="auto" w:fill="FFFF00"/>
        </w:rPr>
        <w:t xml:space="preserve"> </w:t>
      </w:r>
      <w:r w:rsidRPr="00467288">
        <w:rPr>
          <w:color w:val="FFF2CC"/>
          <w:shd w:val="clear" w:color="auto" w:fill="FFFF00"/>
        </w:rPr>
        <w:t>■</w:t>
      </w:r>
      <w:r>
        <w:rPr>
          <w:color w:val="FFF2CC"/>
        </w:rPr>
        <w:t xml:space="preserve"> </w:t>
      </w:r>
      <w:proofErr w:type="spellStart"/>
      <w:r w:rsidR="00467288">
        <w:rPr>
          <w:color w:val="FFF2CC"/>
        </w:rPr>
        <w:t>r</w:t>
      </w:r>
      <w:r w:rsidR="00E70ED7">
        <w:t>Radni</w:t>
      </w:r>
      <w:proofErr w:type="spellEnd"/>
      <w:r w:rsidR="00E70ED7">
        <w:t xml:space="preserve">, </w:t>
      </w:r>
      <w:proofErr w:type="spellStart"/>
      <w:r w:rsidR="00E70ED7">
        <w:t>nenastavni</w:t>
      </w:r>
      <w:proofErr w:type="spellEnd"/>
      <w:r w:rsidR="00E70ED7">
        <w:t xml:space="preserve"> </w:t>
      </w:r>
      <w:r>
        <w:t>dan</w:t>
      </w:r>
    </w:p>
    <w:sectPr w:rsidR="0048553A" w:rsidSect="00034616">
      <w:pgSz w:w="16834" w:h="11909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0767646">
    <w:abstractNumId w:val="8"/>
  </w:num>
  <w:num w:numId="2" w16cid:durableId="1554076405">
    <w:abstractNumId w:val="6"/>
  </w:num>
  <w:num w:numId="3" w16cid:durableId="310982059">
    <w:abstractNumId w:val="5"/>
  </w:num>
  <w:num w:numId="4" w16cid:durableId="1106075727">
    <w:abstractNumId w:val="4"/>
  </w:num>
  <w:num w:numId="5" w16cid:durableId="1122578024">
    <w:abstractNumId w:val="7"/>
  </w:num>
  <w:num w:numId="6" w16cid:durableId="526412292">
    <w:abstractNumId w:val="3"/>
  </w:num>
  <w:num w:numId="7" w16cid:durableId="1309944018">
    <w:abstractNumId w:val="2"/>
  </w:num>
  <w:num w:numId="8" w16cid:durableId="755134651">
    <w:abstractNumId w:val="1"/>
  </w:num>
  <w:num w:numId="9" w16cid:durableId="125523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D1A"/>
    <w:rsid w:val="0015074B"/>
    <w:rsid w:val="00186C1B"/>
    <w:rsid w:val="0029639D"/>
    <w:rsid w:val="00326F90"/>
    <w:rsid w:val="00467288"/>
    <w:rsid w:val="0048553A"/>
    <w:rsid w:val="00831938"/>
    <w:rsid w:val="0092744B"/>
    <w:rsid w:val="00A04DA5"/>
    <w:rsid w:val="00A54B03"/>
    <w:rsid w:val="00AA1D8D"/>
    <w:rsid w:val="00B47730"/>
    <w:rsid w:val="00CB0664"/>
    <w:rsid w:val="00E70E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3FA988"/>
  <w14:defaultImageDpi w14:val="300"/>
  <w15:docId w15:val="{9445A6D6-E26B-4B7D-B7E4-045B620D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zorica jurašić</cp:lastModifiedBy>
  <cp:revision>2</cp:revision>
  <cp:lastPrinted>2026-08-28T10:09:00Z</cp:lastPrinted>
  <dcterms:created xsi:type="dcterms:W3CDTF">2026-10-21T07:42:00Z</dcterms:created>
  <dcterms:modified xsi:type="dcterms:W3CDTF">2026-10-21T07:42:00Z</dcterms:modified>
  <cp:category/>
</cp:coreProperties>
</file>